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sz w:val="44"/>
        </w:rPr>
        <w:t>Attendance note template</w:t>
      </w:r>
    </w:p>
    <w:p>
      <w:r>
        <w:rPr>
          <w:color w:val="5C554C"/>
        </w:rPr>
        <w:t>One note per call or meeting. Write it the same day, and keep it on the matter file.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Client and matter</w:t>
            </w:r>
          </w:p>
          <w:p>
            <w:r>
              <w:rPr>
                <w:color w:val="5C554C"/>
                <w:sz w:val="16"/>
              </w:rPr>
              <w:t>Client name, matter description and reference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Date, time and length</w:t>
            </w:r>
          </w:p>
          <w:p>
            <w:r>
              <w:rPr>
                <w:color w:val="5C554C"/>
                <w:sz w:val="16"/>
              </w:rPr>
              <w:t>For example 05/10/2026, 10.30, 25 minutes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Type</w:t>
            </w:r>
          </w:p>
          <w:p>
            <w:r>
              <w:rPr>
                <w:color w:val="5C554C"/>
                <w:sz w:val="16"/>
              </w:rPr>
              <w:t>Phone call, video call, meeting in person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Who attended</w:t>
            </w:r>
          </w:p>
          <w:p>
            <w:r>
              <w:rPr>
                <w:color w:val="5C554C"/>
                <w:sz w:val="16"/>
              </w:rPr>
              <w:t>Names and roles, including anyone with the client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What the client told us</w:t>
            </w:r>
          </w:p>
          <w:p>
            <w:r>
              <w:rPr>
                <w:color w:val="5C554C"/>
                <w:sz w:val="16"/>
              </w:rPr>
              <w:t>The facts and concerns they raised, in their words where it matters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Advice given</w:t>
            </w:r>
          </w:p>
          <w:p>
            <w:r>
              <w:rPr>
                <w:color w:val="5C554C"/>
                <w:sz w:val="16"/>
              </w:rPr>
              <w:t>What was advised, the options discussed and any risks explained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Instructions received</w:t>
            </w:r>
          </w:p>
          <w:p>
            <w:r>
              <w:rPr>
                <w:color w:val="5C554C"/>
                <w:sz w:val="16"/>
              </w:rPr>
              <w:t>What the client asked you to do, and anything they decided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Documents seen or to be sent</w:t>
            </w:r>
          </w:p>
          <w:p>
            <w:r>
              <w:rPr>
                <w:color w:val="5C554C"/>
                <w:sz w:val="16"/>
              </w:rPr>
              <w:t>What was looked at, handed over or promised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Next steps</w:t>
            </w:r>
          </w:p>
          <w:p>
            <w:r>
              <w:rPr>
                <w:color w:val="5C554C"/>
                <w:sz w:val="16"/>
              </w:rPr>
              <w:t>Who does what, and by when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Time to record</w:t>
            </w:r>
          </w:p>
          <w:p>
            <w:r>
              <w:rPr>
                <w:color w:val="5C554C"/>
                <w:sz w:val="16"/>
              </w:rPr>
              <w:t>The time spent, and the narrative for the bill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  <w:shd w:val="clear" w:color="auto" w:fill="F3EEE4"/>
          </w:tcPr>
          <w:p>
            <w:r>
              <w:rPr>
                <w:b/>
              </w:rPr>
              <w:t>Written by</w:t>
            </w:r>
          </w:p>
          <w:p>
            <w:r>
              <w:rPr>
                <w:color w:val="5C554C"/>
                <w:sz w:val="16"/>
              </w:rPr>
              <w:t>Name, role and the date the note was written</w:t>
            </w:r>
          </w:p>
        </w:tc>
        <w:tc>
          <w:tcPr>
            <w:tcW w:type="dxa" w:w="6520"/>
          </w:tcPr>
          <w:p/>
          <w:p/>
          <w:p/>
          <w:p/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C"/>
        <w:sz w:val="16"/>
      </w:rPr>
      <w:t>Free template from firstinstructions.co.uk. General information for firms in England and Wales,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11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note template</dc:title>
  <dc:subject/>
  <dc:creator>First Instructions</dc:creator>
  <cp:keywords/>
  <dc:description/>
  <cp:lastModifiedBy>First Instructions</cp:lastModifiedBy>
  <cp:revision>1</cp:revision>
  <dcterms:created xsi:type="dcterms:W3CDTF">2013-12-23T23:15:00Z</dcterms:created>
  <dcterms:modified xsi:type="dcterms:W3CDTF">2013-12-23T23:15:00Z</dcterms:modified>
  <cp:category/>
</cp:coreProperties>
</file>